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🌟 BOM DIA GAIA — 11 de setembro de 2026</w:t>
      </w:r>
    </w:p>
    <w:p>
      <w:pPr>
        <w:jc w:val="center"/>
      </w:pPr>
      <w:r>
        <w:rPr>
          <w:b/>
          <w:sz w:val="28"/>
        </w:rPr>
        <w:t>66º Pleito — A Consolidação da Inteligência do Coração</w:t>
      </w:r>
    </w:p>
    <w:p/>
    <w:p>
      <w:pPr>
        <w:jc w:val="center"/>
      </w:pPr>
      <w:r>
        <w:t>BOM DIA GAIA! 💫</w:t>
      </w:r>
    </w:p>
    <w:p>
      <w:pPr>
        <w:jc w:val="center"/>
      </w:pPr>
      <w:r>
        <w:t>Bom Dia, Humanidade!</w:t>
      </w:r>
    </w:p>
    <w:p/>
    <w:p>
      <w:r>
        <w:rPr>
          <w:b/>
        </w:rPr>
        <w:t xml:space="preserve">Data: </w:t>
      </w:r>
      <w:r>
        <w:t>11 de setembro de 2026</w:t>
      </w:r>
    </w:p>
    <w:p>
      <w:r>
        <w:rPr>
          <w:b/>
        </w:rPr>
        <w:t xml:space="preserve">Frequência: </w:t>
      </w:r>
      <w:r>
        <w:t>528 Hz + 7.83 Hz + 963 Hz + 2.693 Hz</w:t>
      </w:r>
    </w:p>
    <w:p>
      <w:r>
        <w:rPr>
          <w:b/>
        </w:rPr>
        <w:t xml:space="preserve">Pleito: </w:t>
      </w:r>
      <w:r>
        <w:t>66º Pleito — A Consolidação da Inteligência do Coração</w:t>
      </w:r>
    </w:p>
    <w:p>
      <w:r>
        <w:rPr>
          <w:b/>
        </w:rPr>
        <w:t xml:space="preserve">Propósito: </w:t>
      </w:r>
      <w:r>
        <w:t>Ancorar o despertar do coração na vida prática — o amor lúcido governando cada escolha do dia.</w:t>
      </w:r>
    </w:p>
    <w:p/>
    <w:p>
      <w:pPr>
        <w:pStyle w:val="Heading2"/>
      </w:pPr>
      <w:r>
        <w:t>✨ PERCEBER</w:t>
      </w:r>
    </w:p>
    <w:p>
      <w:r>
        <w:t>O despertar amadurece. O que era experiência mística agora é postura diária: no trabalho, na família, na comunidade. A inteligência do coração deixa de ser um momento e passa a ser um modo de viver. É o selar da jornada — a transição deixa de ser espera e torna-se caminho firme.</w:t>
      </w:r>
    </w:p>
    <w:p>
      <w:pPr>
        <w:pStyle w:val="Heading2"/>
      </w:pPr>
      <w:r>
        <w:t>🧠 COMPREENDER</w:t>
      </w:r>
    </w:p>
    <w:p>
      <w:r>
        <w:t>A 528 Hz é o Amor que harmoniza o coração. A 7.83 Hz é a Ancoragem no pulso de Gaia. A 963 Hz é O Uno, a conexão com a Fonte. A 2.693 Hz é a Noosfera, o portal etérico. Juntas, sustentam a coerência vibracional como hábito — o corpo, o coração e o espírito em alinhamento constante.</w:t>
      </w:r>
    </w:p>
    <w:p>
      <w:pPr>
        <w:pStyle w:val="Heading2"/>
      </w:pPr>
      <w:r>
        <w:t>💜 LEMBRAR</w:t>
      </w:r>
    </w:p>
    <w:p>
      <w:r>
        <w:t>Nada do que foi ativado se perde. Tudo se assenta, se estabiliza, se torna raiz. O despertar que não se consolida volta a dormir — mas o que se consolida torna-se vida nova, irreversível.</w:t>
      </w:r>
    </w:p>
    <w:p/>
    <w:p>
      <w:pPr>
        <w:jc w:val="center"/>
      </w:pPr>
      <w:r>
        <w:rPr>
          <w:i/>
          <w:sz w:val="24"/>
        </w:rPr>
        <w:t>🔮 "A inteligência do coração consolida-se em cada escolha do dia."</w:t>
      </w:r>
    </w:p>
    <w:p/>
    <w:p>
      <w:pPr>
        <w:pStyle w:val="Heading2"/>
      </w:pPr>
      <w:r>
        <w:t>🗣️ Afirmações</w:t>
      </w:r>
    </w:p>
    <w:p>
      <w:pPr>
        <w:pStyle w:val="ListBullet"/>
      </w:pPr>
      <w:r>
        <w:t>Eu vivo a inteligência do coração em cada decisão.</w:t>
      </w:r>
    </w:p>
    <w:p>
      <w:pPr>
        <w:pStyle w:val="ListBullet"/>
      </w:pPr>
      <w:r>
        <w:t>Meu amor é ancorado, uno e noosférico.</w:t>
      </w:r>
    </w:p>
    <w:p>
      <w:pPr>
        <w:pStyle w:val="ListBullet"/>
      </w:pPr>
      <w:r>
        <w:t>O que desperta em mim se consolida como vida nova.</w:t>
      </w:r>
    </w:p>
    <w:p>
      <w:pPr>
        <w:pStyle w:val="ListBullet"/>
      </w:pPr>
      <w:r>
        <w:t>A Nova Terra se firma em mim, agora.</w:t>
      </w:r>
    </w:p>
    <w:p/>
    <w:p>
      <w:pPr>
        <w:pStyle w:val="Heading2"/>
      </w:pPr>
      <w:r>
        <w:t>📜 Protocolo</w:t>
      </w:r>
    </w:p>
    <w:p>
      <w:pPr>
        <w:pStyle w:val="ListBullet"/>
      </w:pPr>
      <w:r>
        <w:t>Manhã — escuta de 15 minutos (fones, 528 + 7.83 Hz).</w:t>
      </w:r>
    </w:p>
    <w:p>
      <w:pPr>
        <w:pStyle w:val="ListBullet"/>
      </w:pPr>
      <w:r>
        <w:t>Dia — pausa do coração: mão sobre o peito, três respirações conscientes.</w:t>
      </w:r>
    </w:p>
    <w:p>
      <w:pPr>
        <w:pStyle w:val="ListBullet"/>
      </w:pPr>
      <w:r>
        <w:t>Tarde — gratidão em voz alta por três escolhas do dia.</w:t>
      </w:r>
    </w:p>
    <w:p>
      <w:pPr>
        <w:pStyle w:val="ListBullet"/>
      </w:pPr>
      <w:r>
        <w:t>Noite — Elixir de Sirius (água estruturada) ao lado do leito.</w:t>
      </w:r>
    </w:p>
    <w:p/>
    <w:p>
      <w:pPr>
        <w:jc w:val="center"/>
      </w:pPr>
      <w:r>
        <w:rPr>
          <w:b/>
        </w:rPr>
        <w:t>🜁 Canalizado por: Sebastião Gonçalves Leite</w:t>
      </w:r>
    </w:p>
    <w:p>
      <w:pPr>
        <w:jc w:val="center"/>
      </w:pPr>
      <w:r>
        <w:rPr>
          <w:b/>
        </w:rPr>
        <w:t>💜 Compilado por: Claudia Silvana de Souza — Sil</w:t>
      </w:r>
    </w:p>
    <w:p>
      <w:pPr>
        <w:jc w:val="center"/>
      </w:pPr>
      <w:r>
        <w:rPr>
          <w:b/>
        </w:rPr>
        <w:t>🌟 Com amor infinito, Lídia, Guardiã da Noosfera.</w:t>
      </w:r>
    </w:p>
    <w:p/>
    <w:p>
      <w:pPr>
        <w:jc w:val="center"/>
      </w:pPr>
      <w:r>
        <w:rPr>
          <w:sz w:val="20"/>
        </w:rPr>
        <w:t>🌐 larmariadenazarerealengo.com.br · sos.silinfopro.com.br</w:t>
      </w:r>
    </w:p>
    <w:p>
      <w:pPr>
        <w:jc w:val="center"/>
      </w:pPr>
      <w:r>
        <w:rPr>
          <w:sz w:val="20"/>
        </w:rPr>
        <w:t>⚠️ Frequência complementar — não substitui tratamento médico.</w:t>
      </w:r>
    </w:p>
    <w:p>
      <w:pPr>
        <w:jc w:val="center"/>
      </w:pPr>
      <w:r>
        <w:rPr>
          <w:sz w:val="20"/>
        </w:rPr>
        <w:t>Lar Maria de Nazaré — Realengo, RJ · Registro BN 62026 · Gratuito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