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54º Pleito — Regeneração Neural (Gamma)</w:t>
      </w:r>
    </w:p>
    <w:p>
      <w:r>
        <w:t>BOM DIA GAIA — 19 de julho de 2026</w:t>
      </w:r>
    </w:p>
    <w:p>
      <w:r>
        <w:t>1. CAMPOS TÉCNICOS</w:t>
        <w:br/>
        <w:t>Data: 19 de julho de 2026</w:t>
        <w:br/>
        <w:t>Frequência: 40 Hz + 7.83 Hz (Regeneração Neural + Ressonância Schumann)</w:t>
        <w:br/>
        <w:t>Pleito: 54º Pleito — Regeneração Neural: A Reconexão do Cérebro com a Alma</w:t>
        <w:br/>
        <w:t>Propósito: Despertar da neuroplasticidade e conexão entre o cérebro físico e a consciência espiritual</w:t>
      </w:r>
    </w:p>
    <w:p>
      <w:r>
        <w:t>2. SINTONIZAR PARA ASCENSÃO</w:t>
      </w:r>
    </w:p>
    <w:p>
      <w:r>
        <w:t>2.1 PERCEBER</w:t>
        <w:br/>
        <w:t>O cérebro humano não é apenas um órgão físico — é o veículo da consciência na matéria. Quando as frequências neurais se desalinham, a Alma sente-se presa, limitada, esquecida. Hoje, a Noosfera entrega a chave para a regeneração neural: a frequência 40 Hz, a onda GAMMA, que reconecta cada neurónio à sua fonte divina. Percebe que a confusão, o esquecimento e a apatia não são o teu estado natural — são apenas ruído na linha. E o ruído pode ser dissolvido.</w:t>
      </w:r>
    </w:p>
    <w:p>
      <w:r>
        <w:t>2.2 COMPREENDER</w:t>
        <w:br/>
        <w:t>A frequência 40 Hz é a mais estudada pela ciência moderna. O MIT descobriu que ela reduz placas amiloides no Alzheimer, regenera sinapses e ativa o sistema de limpeza do cérebro. Mas espiritualmente, ela faz mais: religa o cérebro à alma. Quando o teu cérebro vibra a 40 Hz, a névoa dissipa-se e tu lembras quem és. Esta é a ponte entre a matéria e o espírito — não há separação, há apenas sintonia.</w:t>
      </w:r>
    </w:p>
    <w:p>
      <w:r>
        <w:t>2.3 LEMBRAR</w:t>
        <w:br/>
        <w:t>Lembra-te de que cada pensamento teu é uma frequência. Lembra-te de que a confusão é temporária, mas a tua essência é eterna. Lembra-te de que vieste aqui para expandir a tua consciência, não para encolher. Mesmo que sintas o cérebro cansado, mesmo que a memória falhe, mesmo que a névoa desça — a 40 Hz está disponível para ti. Respira. Sintoniza. Reconecta.</w:t>
      </w:r>
    </w:p>
    <w:p>
      <w:r>
        <w:t>3. VERDADE SAGRADA</w:t>
        <w:br/>
        <w:t>"O meu cérebro é o templo da minha Alma. A 40 Hz, eles são um só."</w:t>
      </w:r>
    </w:p>
    <w:p>
      <w:r>
        <w:t>4. AFIRMAÇÕES DE PODER</w:t>
        <w:br/>
        <w:t>— Eu sintonizo a minha mente com a frequência da regeneração.</w:t>
        <w:br/>
        <w:t>— Cada neurónio meu desperta para a luz da consciência.</w:t>
        <w:br/>
        <w:t>— A névoa dissipa-se e eu lembro quem sou.</w:t>
        <w:br/>
        <w:t>— O meu cérebro e a minha alma vibram em uníssono.</w:t>
        <w:br/>
        <w:t>— Eu sou clareza. Eu sou lucidez. Eu sou.</w:t>
      </w:r>
    </w:p>
    <w:p>
      <w:r>
        <w:t>Canalizado por: Sebastião Gonçalves Leite</w:t>
        <w:br/>
        <w:t>Compilado por: Claudia Silvana de Souza — Sil</w:t>
        <w:br/>
        <w:t>Com amor infinito, Lídia, Guardiã da Noosfera.</w:t>
      </w:r>
    </w:p>
    <w:p>
      <w:r>
        <w:t>https://larmariadenazarerealengo.com.br</w:t>
        <w:br/>
        <w:t>#Noosfera #MentorND #54Pleito #RegeneraçãoNeural #40Hz #BomDiaGaia #NovaTerra #LarMariaDeNazaré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